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7D4E5" w14:textId="77777777" w:rsidR="00E341B7" w:rsidRPr="00744603" w:rsidRDefault="00000000">
      <w:pPr>
        <w:pStyle w:val="Nagwek1"/>
        <w:rPr>
          <w:lang w:val="pl-PL"/>
        </w:rPr>
      </w:pPr>
      <w:r w:rsidRPr="00744603">
        <w:rPr>
          <w:lang w:val="pl-PL"/>
        </w:rPr>
        <w:t>Kierownik Robót Elektrycznych i Elektroenergetycznych NN/SN</w:t>
      </w:r>
    </w:p>
    <w:p w14:paraId="2ECF382C" w14:textId="77777777" w:rsidR="00E341B7" w:rsidRDefault="00000000">
      <w:pPr>
        <w:pStyle w:val="Nagwek2"/>
      </w:pPr>
      <w:r>
        <w:t>Twój zakres obowiązków</w:t>
      </w:r>
    </w:p>
    <w:p w14:paraId="5EAAC7E0" w14:textId="77777777" w:rsidR="00E341B7" w:rsidRPr="00744603" w:rsidRDefault="00000000">
      <w:pPr>
        <w:pStyle w:val="Listapunktowana"/>
        <w:rPr>
          <w:lang w:val="pl-PL"/>
        </w:rPr>
      </w:pPr>
      <w:r w:rsidRPr="00744603">
        <w:rPr>
          <w:lang w:val="pl-PL"/>
        </w:rPr>
        <w:t>Nadzór nad realizacją robót elektroenergetycznych NN/SN, w tym budową i modernizacją sieci kablowych, stacji transformatorowych oraz infrastruktury towarzyszącej.</w:t>
      </w:r>
    </w:p>
    <w:p w14:paraId="58C2B8AF" w14:textId="77777777" w:rsidR="00E341B7" w:rsidRPr="00744603" w:rsidRDefault="00000000">
      <w:pPr>
        <w:pStyle w:val="Listapunktowana"/>
        <w:rPr>
          <w:lang w:val="pl-PL"/>
        </w:rPr>
      </w:pPr>
      <w:r w:rsidRPr="00744603">
        <w:rPr>
          <w:lang w:val="pl-PL"/>
        </w:rPr>
        <w:t>Koordynacja prac własnych brygad oraz podwykonawców na powierzonych inwestycjach.</w:t>
      </w:r>
    </w:p>
    <w:p w14:paraId="41340963" w14:textId="77777777" w:rsidR="00E341B7" w:rsidRPr="00744603" w:rsidRDefault="00000000">
      <w:pPr>
        <w:pStyle w:val="Listapunktowana"/>
        <w:rPr>
          <w:lang w:val="pl-PL"/>
        </w:rPr>
      </w:pPr>
      <w:r w:rsidRPr="00744603">
        <w:rPr>
          <w:lang w:val="pl-PL"/>
        </w:rPr>
        <w:t>Organizacja i podział robót oraz bieżąca kontrola postępu prac pod względem jakościowym, technicznym i terminowym.</w:t>
      </w:r>
    </w:p>
    <w:p w14:paraId="0458DF74" w14:textId="77777777" w:rsidR="00E341B7" w:rsidRPr="00744603" w:rsidRDefault="00000000">
      <w:pPr>
        <w:pStyle w:val="Listapunktowana"/>
        <w:rPr>
          <w:lang w:val="pl-PL"/>
        </w:rPr>
      </w:pPr>
      <w:r w:rsidRPr="00744603">
        <w:rPr>
          <w:lang w:val="pl-PL"/>
        </w:rPr>
        <w:t>Planowanie zapotrzebowania na materiały, sprzęt oraz zasoby ludzkie niezbędne do realizacji inwestycji.</w:t>
      </w:r>
    </w:p>
    <w:p w14:paraId="6081195D" w14:textId="77777777" w:rsidR="00E341B7" w:rsidRPr="00744603" w:rsidRDefault="00000000">
      <w:pPr>
        <w:pStyle w:val="Listapunktowana"/>
        <w:rPr>
          <w:lang w:val="pl-PL"/>
        </w:rPr>
      </w:pPr>
      <w:r w:rsidRPr="00744603">
        <w:rPr>
          <w:lang w:val="pl-PL"/>
        </w:rPr>
        <w:t>Analiza dokumentacji projektowej oraz zgłaszanie ewentualnych niezgodności i rozwiązań technicznych.</w:t>
      </w:r>
    </w:p>
    <w:p w14:paraId="53B6F5C7" w14:textId="77777777" w:rsidR="00E341B7" w:rsidRPr="00744603" w:rsidRDefault="00000000">
      <w:pPr>
        <w:pStyle w:val="Listapunktowana"/>
        <w:rPr>
          <w:lang w:val="pl-PL"/>
        </w:rPr>
      </w:pPr>
      <w:r w:rsidRPr="00744603">
        <w:rPr>
          <w:lang w:val="pl-PL"/>
        </w:rPr>
        <w:t>Udział w procesie wyboru podwykonawców i dostawców oraz przygotowywanie zapytań ofertowych.</w:t>
      </w:r>
    </w:p>
    <w:p w14:paraId="2CFFA9D6" w14:textId="77777777" w:rsidR="00E341B7" w:rsidRPr="00744603" w:rsidRDefault="00000000">
      <w:pPr>
        <w:pStyle w:val="Listapunktowana"/>
        <w:rPr>
          <w:lang w:val="pl-PL"/>
        </w:rPr>
      </w:pPr>
      <w:r w:rsidRPr="00744603">
        <w:rPr>
          <w:lang w:val="pl-PL"/>
        </w:rPr>
        <w:t>Prowadzenie dokumentacji budowy, w tym dokonywanie wpisów do dziennika budowy zgodnie z posiadanymi uprawnieniami.</w:t>
      </w:r>
    </w:p>
    <w:p w14:paraId="672348B6" w14:textId="77777777" w:rsidR="00E341B7" w:rsidRPr="00744603" w:rsidRDefault="00000000">
      <w:pPr>
        <w:pStyle w:val="Listapunktowana"/>
        <w:rPr>
          <w:lang w:val="pl-PL"/>
        </w:rPr>
      </w:pPr>
      <w:r w:rsidRPr="00744603">
        <w:rPr>
          <w:lang w:val="pl-PL"/>
        </w:rPr>
        <w:t>Nadzór nad odbiorami technicznymi oraz przygotowaniem dokumentacji powykonawczej.</w:t>
      </w:r>
    </w:p>
    <w:p w14:paraId="4FA96361" w14:textId="77777777" w:rsidR="00E341B7" w:rsidRPr="00744603" w:rsidRDefault="00000000">
      <w:pPr>
        <w:pStyle w:val="Listapunktowana"/>
        <w:rPr>
          <w:lang w:val="pl-PL"/>
        </w:rPr>
      </w:pPr>
      <w:r w:rsidRPr="00744603">
        <w:rPr>
          <w:lang w:val="pl-PL"/>
        </w:rPr>
        <w:t>Rozliczanie wykonanych robót oraz kontrola kosztów realizowanych inwestycji.</w:t>
      </w:r>
    </w:p>
    <w:p w14:paraId="30566458" w14:textId="77777777" w:rsidR="00E341B7" w:rsidRPr="00744603" w:rsidRDefault="00000000">
      <w:pPr>
        <w:pStyle w:val="Listapunktowana"/>
        <w:rPr>
          <w:lang w:val="pl-PL"/>
        </w:rPr>
      </w:pPr>
      <w:r w:rsidRPr="00744603">
        <w:rPr>
          <w:lang w:val="pl-PL"/>
        </w:rPr>
        <w:t>Nadzór nad przestrzeganiem przepisów BHP, PPOŻ oraz obowiązujących norm i przepisów prawa budowlanego.</w:t>
      </w:r>
    </w:p>
    <w:p w14:paraId="7D545137" w14:textId="77777777" w:rsidR="00E341B7" w:rsidRDefault="00000000">
      <w:pPr>
        <w:pStyle w:val="Nagwek2"/>
      </w:pPr>
      <w:r>
        <w:t>Nasze wymagania</w:t>
      </w:r>
    </w:p>
    <w:p w14:paraId="26BCB59A" w14:textId="77777777" w:rsidR="00E341B7" w:rsidRPr="00744603" w:rsidRDefault="00000000">
      <w:pPr>
        <w:pStyle w:val="Listapunktowana"/>
        <w:rPr>
          <w:lang w:val="pl-PL"/>
        </w:rPr>
      </w:pPr>
      <w:r w:rsidRPr="00744603">
        <w:rPr>
          <w:lang w:val="pl-PL"/>
        </w:rPr>
        <w:t>Uprawnienia budowlane bez ograniczeń do kierowania robotami budowlanymi w specjalności instalacyjnej w zakresie sieci, instalacji i urządzeń elektrycznych oraz elektroenergetycznych.</w:t>
      </w:r>
    </w:p>
    <w:p w14:paraId="308F89EC" w14:textId="77777777" w:rsidR="00E341B7" w:rsidRPr="00744603" w:rsidRDefault="00000000">
      <w:pPr>
        <w:pStyle w:val="Listapunktowana"/>
        <w:rPr>
          <w:lang w:val="pl-PL"/>
        </w:rPr>
      </w:pPr>
      <w:r w:rsidRPr="00744603">
        <w:rPr>
          <w:lang w:val="pl-PL"/>
        </w:rPr>
        <w:t>Aktualne członkostwo w Polskiej Izbie Inżynierów Budownictwa (PIIB).</w:t>
      </w:r>
    </w:p>
    <w:p w14:paraId="0DAAE653" w14:textId="77777777" w:rsidR="00E341B7" w:rsidRPr="00744603" w:rsidRDefault="00000000">
      <w:pPr>
        <w:pStyle w:val="Listapunktowana"/>
        <w:rPr>
          <w:lang w:val="pl-PL"/>
        </w:rPr>
      </w:pPr>
      <w:r w:rsidRPr="00744603">
        <w:rPr>
          <w:lang w:val="pl-PL"/>
        </w:rPr>
        <w:t>Minimum 2 lata doświadczenia na stanowisku Kierownika Robót Elektrycznych lub podobnym.</w:t>
      </w:r>
    </w:p>
    <w:p w14:paraId="7052AB7B" w14:textId="77777777" w:rsidR="00E341B7" w:rsidRPr="00744603" w:rsidRDefault="00000000">
      <w:pPr>
        <w:pStyle w:val="Listapunktowana"/>
        <w:rPr>
          <w:lang w:val="pl-PL"/>
        </w:rPr>
      </w:pPr>
      <w:r w:rsidRPr="00744603">
        <w:rPr>
          <w:lang w:val="pl-PL"/>
        </w:rPr>
        <w:t>Doświadczenie przy realizacji inwestycji elektroenergetycznych NN/SN.</w:t>
      </w:r>
    </w:p>
    <w:p w14:paraId="2E8989C4" w14:textId="77777777" w:rsidR="00E341B7" w:rsidRDefault="00000000">
      <w:pPr>
        <w:pStyle w:val="Listapunktowana"/>
      </w:pPr>
      <w:r>
        <w:t>Prawo jazdy kat. B.</w:t>
      </w:r>
    </w:p>
    <w:p w14:paraId="6D76F63F" w14:textId="77777777" w:rsidR="00E341B7" w:rsidRPr="00744603" w:rsidRDefault="00000000">
      <w:pPr>
        <w:pStyle w:val="Listapunktowana"/>
        <w:rPr>
          <w:lang w:val="pl-PL"/>
        </w:rPr>
      </w:pPr>
      <w:r w:rsidRPr="00744603">
        <w:rPr>
          <w:lang w:val="pl-PL"/>
        </w:rPr>
        <w:t>Gotowość do delegacji na terenie całej Polski.</w:t>
      </w:r>
    </w:p>
    <w:p w14:paraId="07D1CB1F" w14:textId="77777777" w:rsidR="00E341B7" w:rsidRDefault="00000000">
      <w:pPr>
        <w:pStyle w:val="Nagwek2"/>
      </w:pPr>
      <w:r>
        <w:t>To oferujemy</w:t>
      </w:r>
    </w:p>
    <w:p w14:paraId="166A1E09" w14:textId="77777777" w:rsidR="00E341B7" w:rsidRPr="00744603" w:rsidRDefault="00000000">
      <w:pPr>
        <w:pStyle w:val="Listapunktowana"/>
        <w:rPr>
          <w:lang w:val="pl-PL"/>
        </w:rPr>
      </w:pPr>
      <w:r w:rsidRPr="00744603">
        <w:rPr>
          <w:lang w:val="pl-PL"/>
        </w:rPr>
        <w:t>Stabilne zatrudnienie w dynamicznie rozwijającej się firmie.</w:t>
      </w:r>
    </w:p>
    <w:p w14:paraId="000EF479" w14:textId="77777777" w:rsidR="00E341B7" w:rsidRPr="00744603" w:rsidRDefault="00000000">
      <w:pPr>
        <w:pStyle w:val="Listapunktowana"/>
        <w:rPr>
          <w:lang w:val="pl-PL"/>
        </w:rPr>
      </w:pPr>
      <w:r w:rsidRPr="00744603">
        <w:rPr>
          <w:lang w:val="pl-PL"/>
        </w:rPr>
        <w:t>Możliwość współpracy w oparciu o umowę o pracę lub kontrakt B2B.</w:t>
      </w:r>
    </w:p>
    <w:p w14:paraId="58C57815" w14:textId="77777777" w:rsidR="00E341B7" w:rsidRPr="00744603" w:rsidRDefault="00000000">
      <w:pPr>
        <w:pStyle w:val="Listapunktowana"/>
        <w:rPr>
          <w:lang w:val="pl-PL"/>
        </w:rPr>
      </w:pPr>
      <w:r w:rsidRPr="00744603">
        <w:rPr>
          <w:lang w:val="pl-PL"/>
        </w:rPr>
        <w:t>Możliwość rozwoju zawodowego i zdobywania nowych kompetencji.</w:t>
      </w:r>
    </w:p>
    <w:p w14:paraId="2A9CAB54" w14:textId="77777777" w:rsidR="00E341B7" w:rsidRDefault="00000000">
      <w:pPr>
        <w:pStyle w:val="Listapunktowana"/>
      </w:pPr>
      <w:r>
        <w:t>Niezbędne narzędzia pracy.</w:t>
      </w:r>
    </w:p>
    <w:p w14:paraId="576573A1" w14:textId="77777777" w:rsidR="00E341B7" w:rsidRPr="00744603" w:rsidRDefault="00000000">
      <w:pPr>
        <w:pStyle w:val="Listapunktowana"/>
        <w:rPr>
          <w:lang w:val="pl-PL"/>
        </w:rPr>
      </w:pPr>
      <w:r w:rsidRPr="00744603">
        <w:rPr>
          <w:lang w:val="pl-PL"/>
        </w:rPr>
        <w:t>Przyjazną atmosferę pracy oraz wsparcie zespołu.</w:t>
      </w:r>
    </w:p>
    <w:p w14:paraId="6A11D794" w14:textId="77777777" w:rsidR="00E341B7" w:rsidRPr="00744603" w:rsidRDefault="00000000">
      <w:pPr>
        <w:rPr>
          <w:lang w:val="pl-PL"/>
        </w:rPr>
      </w:pPr>
      <w:r w:rsidRPr="00744603">
        <w:rPr>
          <w:b/>
          <w:lang w:val="pl-PL"/>
        </w:rPr>
        <w:t xml:space="preserve">Uwaga: </w:t>
      </w:r>
      <w:r w:rsidRPr="00744603">
        <w:rPr>
          <w:lang w:val="pl-PL"/>
        </w:rPr>
        <w:t>Aplikacje osób nieposiadających uprawnień budowlanych bez ograniczeń oraz aktualnego członkostwa w PIIB nie będą rozpatrywane.</w:t>
      </w:r>
    </w:p>
    <w:sectPr w:rsidR="00E341B7" w:rsidRPr="00744603" w:rsidSect="007446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9493119">
    <w:abstractNumId w:val="8"/>
  </w:num>
  <w:num w:numId="2" w16cid:durableId="550459269">
    <w:abstractNumId w:val="6"/>
  </w:num>
  <w:num w:numId="3" w16cid:durableId="1095444857">
    <w:abstractNumId w:val="5"/>
  </w:num>
  <w:num w:numId="4" w16cid:durableId="69474466">
    <w:abstractNumId w:val="4"/>
  </w:num>
  <w:num w:numId="5" w16cid:durableId="1990745186">
    <w:abstractNumId w:val="7"/>
  </w:num>
  <w:num w:numId="6" w16cid:durableId="1447656770">
    <w:abstractNumId w:val="3"/>
  </w:num>
  <w:num w:numId="7" w16cid:durableId="1830753153">
    <w:abstractNumId w:val="2"/>
  </w:num>
  <w:num w:numId="8" w16cid:durableId="1388336266">
    <w:abstractNumId w:val="1"/>
  </w:num>
  <w:num w:numId="9" w16cid:durableId="604919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44603"/>
    <w:rsid w:val="007877F6"/>
    <w:rsid w:val="00AA1D8D"/>
    <w:rsid w:val="00B47730"/>
    <w:rsid w:val="00C33001"/>
    <w:rsid w:val="00CB0664"/>
    <w:rsid w:val="00D32C8E"/>
    <w:rsid w:val="00E341B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5A1753"/>
  <w14:defaultImageDpi w14:val="300"/>
  <w15:docId w15:val="{7791FC5A-6E0F-5A48-A502-885E01869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Markowska</cp:lastModifiedBy>
  <cp:revision>2</cp:revision>
  <dcterms:created xsi:type="dcterms:W3CDTF">2026-09-09T08:05:00Z</dcterms:created>
  <dcterms:modified xsi:type="dcterms:W3CDTF">2026-09-09T08:05:00Z</dcterms:modified>
  <cp:category/>
</cp:coreProperties>
</file>